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צירופי סמיכות ושייכות ולהשתמש נכון בתואר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עיוני ולכתוב פסקת טיעון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א: חלקי דיבר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גינת הגג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בזהירות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הספר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ב: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נקראים חלקי הסמיכות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להתאים גם ביידוע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הגינה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טקסט עיוני מוסר מידע עובדתי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ג: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ד: התאימו 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(גינת הגג)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(הגינה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(בזהירות)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(הירוקה)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(מוסר מידע עובדתי)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(מציגה עמדה ונימוקים)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ה: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הגיונית עם עמדה ברורה, לפחות 3 צירופי סמיכות מודגשים ו-2 תוארי פועל, שפה תקינה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תקינים, כל אחד מדגים את המונח המבוקש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גינת הגג מול הגינה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תיאור אופן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עיוני מוסר מידע, טיעון מציג עמדה ונימוקים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המשפט לדוגמה על הלוח ולנתח אותו יחד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לצמצם למחצית מהפריטים בכל חלק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לתת דוגמה אחת מושלמת לפני שהתלמידים כותבים בעצמם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סמיכות ושייכות, תואר הפועל וטקסט עיוני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ומשפטים שלמדנו במרכזונים: איך בונים צירוף של שני שמות עצם, איך מתאימים תואר לשם עצם, ואיך כותבים פסקה קצרה שמביעה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שני שמות עצם, למשל גינת הגג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של בעלות, למשל הגינה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 גינה ירוקה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רץ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יידוע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ה הידיעה לפני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עיוני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שמוסר מידע עובדתי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פסקת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פסקה שמציגה עמדה ומנמקת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א: חלקי דיבר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צירוף של שני שמות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הגינה הירוקה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גינת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הגינה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נבנתה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איך נבנתה הגינה?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נבנתה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צריך התואר להתאים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 ומספר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יידוע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התאמה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מראה למי שייך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הספר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קרא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ב: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המילה הראשונה נקראת נסמך והשנייה נקראת סומך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העצם במין ובמספר בלבד, ולא ביידוע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הפועל עונה על השאלה איך נעשתה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שייכות אפשר לבטא גם במילת היחס של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עיוני תמיד מביע דעה אישית בלבד ולא מידע עובדתי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ג: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גינת ה__________ הירוקה שלנו נבנתה בזהירות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הכלבה ה__________ רצה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זהו הבית __________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דיבר __________ כדי שכולם ישמעו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צירוף של שני שמות עצם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ד: התאימו 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מציגה עמדה ונימוקים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הירוקה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מוסר מידע עובדתי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גינת הגג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עיוני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הגינה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פסקת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בזהירות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ה: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קצרה על גינת גג בבית הספר, עם 3 צירופי סמיכות ו-2 תוארי 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סמיכות, משפט אחד עם שייכות ומשפט אחד עם תואר הפועל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לצירוף סמיכות ואחת לצירוף שייכות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תואר הפועל במשפט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טקסט עיוני לפסקת 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סמיכות ושייכות, תואר הפועל וטקסט עיוני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