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סמיכות ושייכות, תואר הפועל וטקסט עיוני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ולהתאים שם תואר לשם עצם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צירופי סמיכות ושייכות ולהשתמש נכון בתואר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טקסט עיוני ולכתוב פסקת טיעון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חלקי דיבר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גינת הגג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נקראים חלקי הסמיכות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להתאים גם ביידוע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העיקרי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התאימו מונח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(גינת הגג)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(הגינה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(הירוקה)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מדגים את המונח המבוקש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גינת הגג מול הגינה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תיאור אופן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עיוני מוסר מידע, טיעון מציג עמדה ונימוקים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המשפט לדוגמה על הלוח ולנתח אותו יחד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למחצית מהפריטים בכל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לתת דוגמה אחת מושלמת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סמיכות ושייכות, תואר הפועל וטקסט עיוני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בתחנות המרכזונים: סמיכות ושייכות, התאמת שם תואר לשם העצם, תואר הפועל, וגם מבנה של טקסט עיוני ופסקת 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גג  ·  של  ·  לאט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א: חלקי דיבר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מהצירופים הבאים יש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הגינה הירוקה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גינת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תואר הפועל במשפט: גינת הגג נבנתה בזהירות?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בצירוף סמיכות המילה הראשונה נקראת נסמך והשנייה נקראת סומך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לשם העצם במין ובמספר בלבד, ולא ביידוע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תואר הפועל עונה על השאלה איך נעשתה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ג: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גינת ה__________ הירוקה שלנו נבנתה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זהו הבית __________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הוא דיבר __________ כדי שכולם ישמעו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ד: התאימו מונח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הירוקה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גינת הגג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הגינה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ה: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סמיכות, משפט אחד עם שייכות ומשפט אחד עם תואר הפועל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לצירוף סמיכות ואחת לצירוף 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תואר הפועל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דיבר, סמיכות ושייכות, תואר הפועל וטקסט עיוני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